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/>
          <w:b/>
          <w:color w:val="000000"/>
          <w:sz w:val="28"/>
        </w:rPr>
        <w:t>СОГЛАСИЕ ВОДИТЕЛЯ (ПЕРЕВОЗЧИКА) НА ОБРАБОТКУ ПЕРСОНАЛЬНЫХ ДАННЫХ</w:t>
      </w:r>
    </w:p>
    <w:p>
      <w:r>
        <w:rPr>
          <w:rFonts w:ascii="Arial" w:hAnsi="Arial" w:eastAsia="Arial"/>
          <w:b w:val="0"/>
          <w:color w:val="000000"/>
          <w:sz w:val="22"/>
        </w:rPr>
        <w:t>сервиса «АпТакси»</w:t>
      </w:r>
    </w:p>
    <w:p>
      <w:r>
        <w:rPr>
          <w:rFonts w:ascii="Arial" w:hAnsi="Arial" w:eastAsia="Arial"/>
          <w:b w:val="0"/>
          <w:color w:val="000000"/>
          <w:sz w:val="22"/>
        </w:rPr>
        <w:t>Я, пользователь приложения «АпТакси Водители» (далее — Перевозчик), даю Оператору согласие на обработку перечисленных ниже персональных данных для указанных целей.</w:t>
      </w:r>
    </w:p>
    <w:p>
      <w:r>
        <w:rPr>
          <w:rFonts w:ascii="Arial" w:hAnsi="Arial" w:eastAsia="Arial"/>
          <w:b w:val="0"/>
          <w:color w:val="000000"/>
          <w:sz w:val="22"/>
        </w:rPr>
        <w:t>Оператор: Индивидуальный предприниматель Мартынов Андрей Сергеевич, ИНН 636924101832, ОГРНИП 325632700078358, адрес: 446960, Самарская обл., ст. Клявлино, пер. Энергетиков, дом 6, кв. 4. Email: support@aptaxi.info. Регистрационный номер оператора в реестре Роскомнадзора: № 10613/63 от 01.07.2026.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1. Состав персональных данных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Фамилия, имя, отчество (если предоставлены), телефон, email, фото профиля и данные аккаунта.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Сведения о статусе самозанятого, ИП или юридического лица; предоставленные документы и сведения, необходимые для проверки допуска к перевозкам.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Данные автомобиля и сведения, предоставленные для выполнения заказов.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Местоположение при работе приложения, статусы и история заказов, поездки, начисления, комиссия, баланс, реквизиты для выплат и статусы выплат.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Технические данные устройства, IP-адрес, обращения в поддержку и сведения о действиях в приложении.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2. Цели обработки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Регистрация, идентификация и подключение перевозчика к Сервису; проверка предоставленных сведений в необходимом объёме.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Предоставление и выполнение заказов, отображение местоположения и статусов, связь с пассажирами и поддержкой.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Учёт поездок, начислений, комиссии и баланса; организация и подтверждение выплат.</w:t>
      </w:r>
    </w:p>
    <w:p>
      <w:pPr>
        <w:pStyle w:val="ListBullet"/>
      </w:pPr>
      <w:r>
        <w:rPr>
          <w:rFonts w:ascii="Arial" w:hAnsi="Arial" w:eastAsia="Arial"/>
          <w:b w:val="0"/>
          <w:color w:val="000000"/>
          <w:sz w:val="22"/>
        </w:rPr>
        <w:t>Безопасность сервиса, разрешение споров, предотвращение мошенничества и исполнение требований законодательства.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3. Действия и способы обработки</w:t>
      </w:r>
    </w:p>
    <w:p>
      <w:r>
        <w:rPr>
          <w:rFonts w:ascii="Arial" w:hAnsi="Arial" w:eastAsia="Arial"/>
          <w:b w:val="0"/>
          <w:color w:val="000000"/>
          <w:sz w:val="22"/>
        </w:rPr>
        <w:t>Обработка может осуществляться автоматизированным и неавтоматизированным способами и включать сбор, запись, систематизацию, накопление, хранение, уточнение, извлечение, использование, передачу (предоставление/доступ), блокирование, удаление и уничтожение — в пределах указанных целей и законных оснований.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4. Передача данных</w:t>
      </w:r>
    </w:p>
    <w:p>
      <w:r>
        <w:rPr>
          <w:rFonts w:ascii="Arial" w:hAnsi="Arial" w:eastAsia="Arial"/>
          <w:b w:val="0"/>
          <w:color w:val="000000"/>
          <w:sz w:val="22"/>
        </w:rPr>
        <w:t>Данные могут предоставляться другой стороне поездки в необходимом для заказа объёме, фактически привлечённым техническим подрядчикам и подключённому платёжному партнёру — только в объёме, необходимом для соответствующей функции; государственным органам — в случаях, предусмотренных законом. Передача и поручение обработки осуществляются при наличии законного основания и необходимых мер защиты. Реквизиты банковской карты обрабатываются платёжным партнёром в соответствии с его условиями; настоящее согласие не утверждает, что Оператор получает полные карточные реквизиты.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5. Срок действия и отзыв</w:t>
      </w:r>
    </w:p>
    <w:p>
      <w:r>
        <w:rPr>
          <w:rFonts w:ascii="Arial" w:hAnsi="Arial" w:eastAsia="Arial"/>
          <w:b w:val="0"/>
          <w:color w:val="000000"/>
          <w:sz w:val="22"/>
        </w:rPr>
        <w:t>Согласие действует до достижения целей обработки либо до его отзыва, если отсутствуют иные законные основания обработки. Данные, которые необходимо хранить по закону или для защиты прав и законных интересов, могут сохраняться в установленном объёме и сроки. Согласие можно отозвать, направив обращение на support@aptaxi.info. Отзыв не делает незаконной обработку, осуществлённую до его получения, и не исключает обработку на иных законных основаниях.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6. Права субъекта</w:t>
      </w:r>
    </w:p>
    <w:p>
      <w:r>
        <w:rPr>
          <w:rFonts w:ascii="Arial" w:hAnsi="Arial" w:eastAsia="Arial"/>
          <w:b w:val="0"/>
          <w:color w:val="000000"/>
          <w:sz w:val="22"/>
        </w:rPr>
        <w:t>Я вправе запросить сведения об обработке, потребовать уточнения, блокирования или уничтожения данных при наличии предусмотренных законом оснований, а также обратиться в уполномоченный орган или суд.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2"/>
        </w:rPr>
        <w:t>7. Подтверждение и электронная форма</w:t>
      </w:r>
    </w:p>
    <w:p>
      <w:r>
        <w:rPr>
          <w:rFonts w:ascii="Arial" w:hAnsi="Arial" w:eastAsia="Arial"/>
          <w:b w:val="0"/>
          <w:color w:val="000000"/>
          <w:sz w:val="22"/>
        </w:rPr>
        <w:t>Я подтверждаю, что ознакомлен(а) с настоящим Согласием и даю его свободно, своей волей и в своём интересе. Согласие предоставляется отдельным действием от принятия оферты/договора: самостоятельным подтверждением после ознакомления с текстом. Оператор фиксирует аккаунт, дату и время, версию текста и необходимые технические сведения; пользователю доступна принятая редакция.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